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042AFE" w:rsidRPr="00AE6824" w14:paraId="62524838" w14:textId="77777777" w:rsidTr="000B208B">
        <w:trPr>
          <w:trHeight w:val="2696"/>
          <w:jc w:val="center"/>
        </w:trPr>
        <w:tc>
          <w:tcPr>
            <w:tcW w:w="5244" w:type="dxa"/>
            <w:tcMar>
              <w:top w:w="0" w:type="dxa"/>
              <w:left w:w="0" w:type="dxa"/>
              <w:bottom w:w="0" w:type="dxa"/>
              <w:right w:w="100" w:type="dxa"/>
            </w:tcMar>
            <w:hideMark/>
          </w:tcPr>
          <w:p w14:paraId="104292CD" w14:textId="71735EC4" w:rsidR="00042AFE" w:rsidRDefault="00042AFE">
            <w:pPr>
              <w:jc w:val="center"/>
              <w:rPr>
                <w:kern w:val="2"/>
                <w:szCs w:val="16"/>
                <w:lang w:val="fr-BE" w:eastAsia="fr-BE"/>
                <w14:ligatures w14:val="standardContextual"/>
              </w:rPr>
            </w:pPr>
            <w:r>
              <w:rPr>
                <w:noProof/>
                <w:kern w:val="2"/>
                <w:szCs w:val="16"/>
                <w:lang w:val="fr-BE" w:eastAsia="fr-BE"/>
              </w:rPr>
              <w:drawing>
                <wp:inline distT="0" distB="0" distL="0" distR="0" wp14:anchorId="72077AD6" wp14:editId="4E2DE4E6">
                  <wp:extent cx="2565400" cy="1710267"/>
                  <wp:effectExtent l="0" t="0" r="6350" b="4445"/>
                  <wp:docPr id="184241125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411253" name="Image 184241125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761" cy="1719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Borders>
              <w:top w:val="single" w:sz="8" w:space="0" w:color="6535E6"/>
              <w:left w:val="single" w:sz="8" w:space="0" w:color="6535E6"/>
              <w:bottom w:val="single" w:sz="8" w:space="0" w:color="6535E6"/>
              <w:right w:val="single" w:sz="8" w:space="0" w:color="6535E6"/>
            </w:tcBorders>
            <w:shd w:val="clear" w:color="auto" w:fill="F3F0FF"/>
            <w:tcMar>
              <w:top w:w="120" w:type="dxa"/>
              <w:left w:w="220" w:type="dxa"/>
              <w:bottom w:w="100" w:type="dxa"/>
              <w:right w:w="220" w:type="dxa"/>
            </w:tcMar>
            <w:vAlign w:val="center"/>
            <w:hideMark/>
          </w:tcPr>
          <w:p w14:paraId="65067293" w14:textId="77777777" w:rsidR="00042AFE" w:rsidRPr="00042AFE" w:rsidRDefault="00042AFE">
            <w:pPr>
              <w:jc w:val="center"/>
              <w:rPr>
                <w:lang w:val="fr-BE"/>
              </w:rPr>
            </w:pPr>
            <w:r w:rsidRPr="00042AFE">
              <w:rPr>
                <w:b/>
                <w:bCs/>
                <w:color w:val="1557D6"/>
                <w:sz w:val="40"/>
                <w:szCs w:val="40"/>
                <w:lang w:val="fr-BE"/>
              </w:rPr>
              <w:t>FICHE D’IDENTITÉ</w:t>
            </w:r>
          </w:p>
          <w:p w14:paraId="436662C5" w14:textId="77777777" w:rsidR="00042AFE" w:rsidRPr="00042AFE" w:rsidRDefault="00042AFE">
            <w:pPr>
              <w:spacing w:after="0"/>
              <w:jc w:val="center"/>
              <w:rPr>
                <w:lang w:val="fr-BE"/>
              </w:rPr>
            </w:pPr>
            <w:r w:rsidRPr="00042AFE">
              <w:rPr>
                <w:b/>
                <w:bCs/>
                <w:color w:val="6535E6"/>
                <w:sz w:val="26"/>
                <w:szCs w:val="26"/>
                <w:lang w:val="fr-BE"/>
              </w:rPr>
              <w:t>DU PARTICIPANT</w:t>
            </w:r>
          </w:p>
          <w:p w14:paraId="49E7F296" w14:textId="77777777" w:rsidR="00042AFE" w:rsidRPr="00042AFE" w:rsidRDefault="00042AFE">
            <w:pPr>
              <w:spacing w:after="0"/>
              <w:jc w:val="center"/>
              <w:rPr>
                <w:lang w:val="fr-BE"/>
              </w:rPr>
            </w:pPr>
            <w:r w:rsidRPr="00042AFE">
              <w:rPr>
                <w:i/>
                <w:iCs/>
                <w:color w:val="8A28DE"/>
                <w:sz w:val="17"/>
                <w:szCs w:val="17"/>
                <w:lang w:val="fr-BE"/>
              </w:rPr>
              <w:t>Cultiver les possibles • Révéler les talents</w:t>
            </w:r>
          </w:p>
        </w:tc>
      </w:tr>
      <w:tr w:rsidR="009158AE" w:rsidRPr="00AE6824" w14:paraId="7C1CF490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1557D6"/>
              <w:left w:val="single" w:sz="8" w:space="0" w:color="1557D6"/>
              <w:bottom w:val="single" w:sz="8" w:space="0" w:color="1557D6"/>
              <w:right w:val="single" w:sz="8" w:space="0" w:color="1557D6"/>
            </w:tcBorders>
            <w:shd w:val="clear" w:color="auto" w:fill="1557D6"/>
            <w:tcMar>
              <w:top w:w="40" w:type="dxa"/>
              <w:left w:w="130" w:type="dxa"/>
              <w:bottom w:w="35" w:type="dxa"/>
              <w:right w:w="130" w:type="dxa"/>
            </w:tcMar>
          </w:tcPr>
          <w:p w14:paraId="0769ACF5" w14:textId="77777777" w:rsidR="009158AE" w:rsidRPr="00AE6824" w:rsidRDefault="009158AE">
            <w:pPr>
              <w:spacing w:after="0"/>
              <w:rPr>
                <w:b/>
                <w:bCs/>
                <w:color w:val="FFFFFF"/>
                <w:sz w:val="24"/>
                <w:szCs w:val="24"/>
                <w:lang w:val="fr-BE"/>
              </w:rPr>
            </w:pPr>
          </w:p>
        </w:tc>
      </w:tr>
      <w:tr w:rsidR="00042AFE" w:rsidRPr="00314BFD" w14:paraId="4725D82E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1557D6"/>
              <w:left w:val="single" w:sz="8" w:space="0" w:color="1557D6"/>
              <w:bottom w:val="single" w:sz="8" w:space="0" w:color="1557D6"/>
              <w:right w:val="single" w:sz="8" w:space="0" w:color="1557D6"/>
            </w:tcBorders>
            <w:shd w:val="clear" w:color="auto" w:fill="1557D6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09A9837C" w14:textId="77777777" w:rsidR="00042AFE" w:rsidRPr="00314BFD" w:rsidRDefault="00042AFE">
            <w:pPr>
              <w:spacing w:after="0"/>
              <w:rPr>
                <w:sz w:val="24"/>
                <w:szCs w:val="24"/>
              </w:rPr>
            </w:pPr>
            <w:r w:rsidRPr="00314BFD">
              <w:rPr>
                <w:b/>
                <w:bCs/>
                <w:color w:val="FFFFFF"/>
                <w:sz w:val="24"/>
                <w:szCs w:val="24"/>
              </w:rPr>
              <w:t xml:space="preserve">INFORMATIONS GÉNÉRALES </w:t>
            </w:r>
          </w:p>
        </w:tc>
      </w:tr>
      <w:tr w:rsidR="00042AFE" w:rsidRPr="00D05118" w14:paraId="10C69559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1E33607" w14:textId="67B189F9" w:rsidR="00042AFE" w:rsidRPr="00D05118" w:rsidRDefault="00042AFE">
            <w:pPr>
              <w:spacing w:after="0"/>
              <w:rPr>
                <w:sz w:val="32"/>
                <w:szCs w:val="32"/>
              </w:rPr>
            </w:pPr>
            <w:proofErr w:type="gramStart"/>
            <w:r w:rsidRPr="00D05118">
              <w:rPr>
                <w:b/>
                <w:bCs/>
                <w:color w:val="183B78"/>
                <w:sz w:val="32"/>
                <w:szCs w:val="32"/>
              </w:rPr>
              <w:t>Nom :</w:t>
            </w:r>
            <w:proofErr w:type="gramEnd"/>
            <w:r w:rsidRPr="00D05118">
              <w:rPr>
                <w:sz w:val="32"/>
                <w:szCs w:val="32"/>
              </w:rPr>
              <w:t>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49C71CD" w14:textId="06D2DDBA" w:rsidR="00042AFE" w:rsidRPr="00D05118" w:rsidRDefault="00042AFE">
            <w:pPr>
              <w:spacing w:after="0"/>
              <w:rPr>
                <w:sz w:val="32"/>
                <w:szCs w:val="32"/>
              </w:rPr>
            </w:pPr>
            <w:proofErr w:type="spellStart"/>
            <w:proofErr w:type="gramStart"/>
            <w:r w:rsidRPr="00D05118">
              <w:rPr>
                <w:b/>
                <w:bCs/>
                <w:color w:val="183B78"/>
                <w:sz w:val="32"/>
                <w:szCs w:val="32"/>
              </w:rPr>
              <w:t>Prénom</w:t>
            </w:r>
            <w:proofErr w:type="spellEnd"/>
            <w:r w:rsidRPr="00D05118">
              <w:rPr>
                <w:b/>
                <w:bCs/>
                <w:color w:val="183B78"/>
                <w:sz w:val="32"/>
                <w:szCs w:val="32"/>
              </w:rPr>
              <w:t xml:space="preserve"> :</w:t>
            </w:r>
            <w:proofErr w:type="gramEnd"/>
            <w:r w:rsidRPr="00D05118">
              <w:rPr>
                <w:b/>
                <w:bCs/>
                <w:color w:val="183B78"/>
                <w:sz w:val="32"/>
                <w:szCs w:val="32"/>
              </w:rPr>
              <w:t xml:space="preserve"> </w:t>
            </w:r>
            <w:r w:rsidRPr="00D05118">
              <w:rPr>
                <w:sz w:val="32"/>
                <w:szCs w:val="32"/>
              </w:rPr>
              <w:t>........................................</w:t>
            </w:r>
          </w:p>
        </w:tc>
      </w:tr>
    </w:tbl>
    <w:p w14:paraId="35AE06EB" w14:textId="77777777" w:rsidR="000966F8" w:rsidRDefault="000966F8" w:rsidP="00D05118">
      <w:pPr>
        <w:spacing w:after="60"/>
        <w:jc w:val="center"/>
        <w:rPr>
          <w:b/>
          <w:bCs/>
          <w:i/>
          <w:sz w:val="22"/>
          <w:lang w:val="fr-BE"/>
        </w:rPr>
      </w:pPr>
    </w:p>
    <w:p w14:paraId="227D9B91" w14:textId="7CE9F020" w:rsidR="00D05118" w:rsidRDefault="00000000" w:rsidP="00D05118">
      <w:pPr>
        <w:spacing w:after="60"/>
        <w:jc w:val="center"/>
        <w:rPr>
          <w:b/>
          <w:bCs/>
          <w:i/>
          <w:sz w:val="22"/>
          <w:lang w:val="fr-BE"/>
        </w:rPr>
      </w:pPr>
      <w:r w:rsidRPr="00D05118">
        <w:rPr>
          <w:b/>
          <w:bCs/>
          <w:i/>
          <w:sz w:val="22"/>
          <w:lang w:val="fr-BE"/>
        </w:rPr>
        <w:t>Vous ne remplissez que ce que vous souhaitez partager.</w:t>
      </w:r>
    </w:p>
    <w:p w14:paraId="67A6BF52" w14:textId="7A9E35A9" w:rsidR="008B255F" w:rsidRDefault="00000000" w:rsidP="00D05118">
      <w:pPr>
        <w:spacing w:after="60"/>
        <w:jc w:val="center"/>
        <w:rPr>
          <w:b/>
          <w:bCs/>
          <w:i/>
          <w:sz w:val="22"/>
          <w:lang w:val="fr-BE"/>
        </w:rPr>
      </w:pPr>
      <w:r w:rsidRPr="00D05118">
        <w:rPr>
          <w:b/>
          <w:bCs/>
          <w:i/>
          <w:sz w:val="22"/>
          <w:lang w:val="fr-BE"/>
        </w:rPr>
        <w:t>Ces informations nous aideront à proposer un accompagnement pertinent et personnalisé.</w:t>
      </w:r>
    </w:p>
    <w:p w14:paraId="6BD53B97" w14:textId="77777777" w:rsidR="00D05118" w:rsidRPr="00136767" w:rsidRDefault="00D05118" w:rsidP="00D05118">
      <w:pPr>
        <w:spacing w:after="60"/>
        <w:jc w:val="center"/>
        <w:rPr>
          <w:b/>
          <w:bCs/>
          <w:i/>
          <w:szCs w:val="16"/>
          <w:lang w:val="fr-BE"/>
        </w:rPr>
      </w:pPr>
    </w:p>
    <w:tbl>
      <w:tblPr>
        <w:tblW w:w="104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3"/>
        <w:gridCol w:w="5893"/>
      </w:tblGrid>
      <w:tr w:rsidR="00042AFE" w:rsidRPr="00FB73A2" w14:paraId="2C49C89A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138FE7"/>
              <w:left w:val="single" w:sz="8" w:space="0" w:color="138FE7"/>
              <w:bottom w:val="single" w:sz="8" w:space="0" w:color="138FE7"/>
              <w:right w:val="single" w:sz="8" w:space="0" w:color="138FE7"/>
            </w:tcBorders>
            <w:shd w:val="clear" w:color="auto" w:fill="138FE7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7A8DC84A" w14:textId="77777777" w:rsidR="00042AFE" w:rsidRPr="00FB73A2" w:rsidRDefault="00042AFE">
            <w:pPr>
              <w:spacing w:after="0"/>
              <w:rPr>
                <w:kern w:val="2"/>
                <w:sz w:val="28"/>
                <w:szCs w:val="28"/>
                <w:lang w:val="fr-BE" w:eastAsia="fr-BE"/>
                <w14:ligatures w14:val="standardContextual"/>
              </w:rPr>
            </w:pPr>
            <w:r w:rsidRPr="00FB73A2">
              <w:rPr>
                <w:b/>
                <w:bCs/>
                <w:color w:val="FFFFFF"/>
                <w:sz w:val="28"/>
                <w:szCs w:val="28"/>
              </w:rPr>
              <w:t>MON PARCOURS THÉÂTRAL</w:t>
            </w:r>
          </w:p>
        </w:tc>
      </w:tr>
      <w:tr w:rsidR="00042AFE" w:rsidRPr="00AE6824" w14:paraId="5771C490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5A19064" w14:textId="77777777" w:rsidR="00042AFE" w:rsidRPr="0025485F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t>Dans quelle(s) troupe(s) avez-vous joué ?</w:t>
            </w: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5485F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22D1B01" w14:textId="77777777" w:rsidR="00042AFE" w:rsidRPr="0025485F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t>Formations ou cours de théâtre suivis :</w:t>
            </w: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5485F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:rsidRPr="00AE6824" w14:paraId="58CE6AD2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F3F0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28EA1ED" w14:textId="77777777" w:rsidR="00042AFE" w:rsidRPr="0025485F" w:rsidRDefault="00042AFE">
            <w:pPr>
              <w:spacing w:after="0"/>
              <w:rPr>
                <w:sz w:val="20"/>
                <w:szCs w:val="20"/>
              </w:rPr>
            </w:pPr>
            <w:proofErr w:type="spellStart"/>
            <w:r w:rsidRPr="0025485F">
              <w:rPr>
                <w:b/>
                <w:bCs/>
                <w:color w:val="183B78"/>
                <w:sz w:val="20"/>
                <w:szCs w:val="20"/>
              </w:rPr>
              <w:t>Rôles</w:t>
            </w:r>
            <w:proofErr w:type="spellEnd"/>
            <w:r w:rsidRPr="0025485F">
              <w:rPr>
                <w:b/>
                <w:bCs/>
                <w:color w:val="183B78"/>
                <w:sz w:val="20"/>
                <w:szCs w:val="20"/>
              </w:rPr>
              <w:t xml:space="preserve"> déjà </w:t>
            </w:r>
            <w:proofErr w:type="gramStart"/>
            <w:r w:rsidRPr="0025485F">
              <w:rPr>
                <w:b/>
                <w:bCs/>
                <w:color w:val="183B78"/>
                <w:sz w:val="20"/>
                <w:szCs w:val="20"/>
              </w:rPr>
              <w:t>interprétés :</w:t>
            </w:r>
            <w:proofErr w:type="gramEnd"/>
            <w:r w:rsidRPr="0025485F">
              <w:rPr>
                <w:b/>
                <w:bCs/>
                <w:color w:val="183B78"/>
                <w:sz w:val="20"/>
                <w:szCs w:val="20"/>
              </w:rPr>
              <w:br/>
            </w:r>
            <w:r w:rsidRPr="0025485F">
              <w:rPr>
                <w:sz w:val="20"/>
                <w:szCs w:val="20"/>
              </w:rPr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F3F0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4E6E43A" w14:textId="77777777" w:rsidR="00042AFE" w:rsidRPr="0025485F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t>Le rôle dont vous êtes le plus fier / la plus fière :</w:t>
            </w: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5485F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14:paraId="46879B2C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6535E6"/>
              <w:bottom w:val="single" w:sz="8" w:space="0" w:color="6535E6"/>
              <w:right w:val="single" w:sz="8" w:space="0" w:color="6535E6"/>
            </w:tcBorders>
            <w:shd w:val="clear" w:color="auto" w:fill="6535E6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01E4EDE8" w14:textId="77777777" w:rsidR="00042AFE" w:rsidRPr="0025485F" w:rsidRDefault="00042AFE">
            <w:pPr>
              <w:spacing w:after="0"/>
              <w:rPr>
                <w:sz w:val="24"/>
                <w:szCs w:val="24"/>
              </w:rPr>
            </w:pPr>
            <w:r w:rsidRPr="0025485F">
              <w:rPr>
                <w:b/>
                <w:bCs/>
                <w:color w:val="FFFFFF"/>
                <w:sz w:val="24"/>
                <w:szCs w:val="24"/>
              </w:rPr>
              <w:t>MON UNIVERS DE JEU</w:t>
            </w:r>
          </w:p>
        </w:tc>
      </w:tr>
      <w:tr w:rsidR="00042AFE" w:rsidRPr="00AE6824" w14:paraId="55B2A3DF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B58C22C" w14:textId="1554B52F" w:rsidR="00042AFE" w:rsidRPr="0025485F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t>Les rôles dans lesquels je me sens le plus à l’aise :</w:t>
            </w: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5485F">
              <w:rPr>
                <w:sz w:val="20"/>
                <w:szCs w:val="20"/>
                <w:lang w:val="fr-BE"/>
              </w:rPr>
              <w:t>☐ Comique   ☐ Dramatique   ☐ Romantique   ☐ Autoritaire</w:t>
            </w:r>
            <w:r w:rsidRPr="0025485F">
              <w:rPr>
                <w:sz w:val="20"/>
                <w:szCs w:val="20"/>
                <w:lang w:val="fr-BE"/>
              </w:rPr>
              <w:br/>
              <w:t>☐ Timide   ☐ Excentrique   ☐ Méchant(</w:t>
            </w:r>
            <w:r w:rsidR="00D244DF" w:rsidRPr="0025485F">
              <w:rPr>
                <w:sz w:val="20"/>
                <w:szCs w:val="20"/>
                <w:lang w:val="fr-BE"/>
              </w:rPr>
              <w:t>e) ☐</w:t>
            </w:r>
            <w:r w:rsidRPr="0025485F">
              <w:rPr>
                <w:sz w:val="20"/>
                <w:szCs w:val="20"/>
                <w:lang w:val="fr-BE"/>
              </w:rPr>
              <w:t xml:space="preserve"> Héros/Héroïne</w:t>
            </w:r>
            <w:r w:rsidRPr="0025485F">
              <w:rPr>
                <w:sz w:val="20"/>
                <w:szCs w:val="20"/>
                <w:lang w:val="fr-BE"/>
              </w:rPr>
              <w:br/>
              <w:t>☐ Autre : 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71E04FF" w14:textId="7EAC48A5" w:rsidR="00042AFE" w:rsidRPr="0025485F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t>Les rôles que j’aimerais davantage explorer :</w:t>
            </w:r>
            <w:r w:rsidRPr="0025485F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5485F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5485F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:rsidRPr="00AE6824" w14:paraId="2117B298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8A28DE"/>
              <w:bottom w:val="single" w:sz="8" w:space="0" w:color="8A28DE"/>
              <w:right w:val="single" w:sz="8" w:space="0" w:color="8A28DE"/>
            </w:tcBorders>
            <w:shd w:val="clear" w:color="auto" w:fill="8A28DE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414577F4" w14:textId="77777777" w:rsidR="00042AFE" w:rsidRPr="0025485F" w:rsidRDefault="00042AFE">
            <w:pPr>
              <w:spacing w:after="0"/>
              <w:rPr>
                <w:sz w:val="24"/>
                <w:szCs w:val="24"/>
                <w:lang w:val="fr-BE"/>
              </w:rPr>
            </w:pPr>
            <w:r w:rsidRPr="0025485F">
              <w:rPr>
                <w:b/>
                <w:bCs/>
                <w:color w:val="FFFFFF"/>
                <w:sz w:val="24"/>
                <w:szCs w:val="24"/>
                <w:lang w:val="fr-BE"/>
              </w:rPr>
              <w:t>SORTIR DE MA ZONE DE CONFORT</w:t>
            </w:r>
          </w:p>
        </w:tc>
      </w:tr>
      <w:tr w:rsidR="00042AFE" w:rsidRPr="00AE6824" w14:paraId="5E77627C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52B3ABA" w14:textId="77777777" w:rsidR="00042AFE" w:rsidRPr="000B208B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0B208B">
              <w:rPr>
                <w:b/>
                <w:bCs/>
                <w:color w:val="183B78"/>
                <w:sz w:val="20"/>
                <w:szCs w:val="20"/>
                <w:lang w:val="fr-BE"/>
              </w:rPr>
              <w:t>Personnage le plus difficile à interpréter :</w:t>
            </w:r>
            <w:r w:rsidRPr="000B208B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0B208B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0B208B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0B208B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678AC51" w14:textId="77777777" w:rsidR="00042AFE" w:rsidRPr="000B208B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0B208B">
              <w:rPr>
                <w:b/>
                <w:bCs/>
                <w:color w:val="183B78"/>
                <w:sz w:val="20"/>
                <w:szCs w:val="20"/>
                <w:lang w:val="fr-BE"/>
              </w:rPr>
              <w:t>Rôles qui me font peur ou me mettent mal à l’aise :</w:t>
            </w:r>
            <w:r w:rsidRPr="000B208B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0B208B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0B208B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0B208B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:rsidRPr="00AE6824" w14:paraId="3DAC7C4A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F3F0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50A1EB1" w14:textId="74E18F8C" w:rsidR="00042AFE" w:rsidRPr="000B208B" w:rsidRDefault="00042AFE">
            <w:pPr>
              <w:spacing w:after="0"/>
              <w:rPr>
                <w:sz w:val="20"/>
                <w:szCs w:val="20"/>
              </w:rPr>
            </w:pPr>
            <w:proofErr w:type="spellStart"/>
            <w:proofErr w:type="gramStart"/>
            <w:r w:rsidRPr="000B208B">
              <w:rPr>
                <w:b/>
                <w:bCs/>
                <w:color w:val="183B78"/>
                <w:sz w:val="20"/>
                <w:szCs w:val="20"/>
              </w:rPr>
              <w:t>Pourquoi</w:t>
            </w:r>
            <w:proofErr w:type="spellEnd"/>
            <w:r w:rsidRPr="000B208B">
              <w:rPr>
                <w:b/>
                <w:bCs/>
                <w:color w:val="183B78"/>
                <w:sz w:val="20"/>
                <w:szCs w:val="20"/>
              </w:rPr>
              <w:t xml:space="preserve"> ?</w:t>
            </w:r>
            <w:proofErr w:type="gramEnd"/>
            <w:r w:rsidRPr="000B208B">
              <w:rPr>
                <w:b/>
                <w:bCs/>
                <w:color w:val="183B78"/>
                <w:sz w:val="20"/>
                <w:szCs w:val="20"/>
              </w:rPr>
              <w:br/>
            </w:r>
            <w:r w:rsidRPr="000B208B">
              <w:rPr>
                <w:sz w:val="20"/>
                <w:szCs w:val="20"/>
              </w:rPr>
              <w:t>....................................................................................................</w:t>
            </w:r>
            <w:r w:rsidRPr="000B208B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  <w:r w:rsidRPr="000B208B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F3F0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00832D3" w14:textId="77777777" w:rsidR="00042AFE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0B208B">
              <w:rPr>
                <w:b/>
                <w:bCs/>
                <w:color w:val="183B78"/>
                <w:sz w:val="20"/>
                <w:szCs w:val="20"/>
                <w:lang w:val="fr-BE"/>
              </w:rPr>
              <w:t>Émotions difficiles à exprimer sur scène :</w:t>
            </w:r>
            <w:r w:rsidRPr="000B208B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0B208B">
              <w:rPr>
                <w:sz w:val="20"/>
                <w:szCs w:val="20"/>
                <w:lang w:val="fr-BE"/>
              </w:rPr>
              <w:t>☐ Colère   ☐ Tristesse   ☐ Autorité   ☐ Vulnérabilité</w:t>
            </w:r>
            <w:r w:rsidRPr="000B208B">
              <w:rPr>
                <w:sz w:val="20"/>
                <w:szCs w:val="20"/>
                <w:lang w:val="fr-BE"/>
              </w:rPr>
              <w:br/>
              <w:t>☐ Joie excessive   ☐ Séduction   ☐ Conflit   ☐ Autre : .............</w:t>
            </w:r>
          </w:p>
          <w:p w14:paraId="0CC6125B" w14:textId="77777777" w:rsidR="00D140E1" w:rsidRDefault="00D140E1">
            <w:pPr>
              <w:spacing w:after="0"/>
              <w:rPr>
                <w:sz w:val="20"/>
                <w:szCs w:val="20"/>
                <w:lang w:val="fr-BE"/>
              </w:rPr>
            </w:pPr>
          </w:p>
          <w:p w14:paraId="10483882" w14:textId="77777777" w:rsidR="00D37061" w:rsidRPr="000B208B" w:rsidRDefault="00D37061">
            <w:pPr>
              <w:spacing w:after="0"/>
              <w:rPr>
                <w:sz w:val="20"/>
                <w:szCs w:val="20"/>
                <w:lang w:val="fr-BE"/>
              </w:rPr>
            </w:pPr>
          </w:p>
        </w:tc>
      </w:tr>
    </w:tbl>
    <w:p w14:paraId="7E960C07" w14:textId="77777777" w:rsidR="009158AE" w:rsidRDefault="009158AE">
      <w:pPr>
        <w:spacing w:before="40" w:after="0"/>
        <w:jc w:val="right"/>
        <w:rPr>
          <w:color w:val="183B78"/>
          <w:sz w:val="14"/>
          <w:lang w:val="fr-BE"/>
        </w:rPr>
      </w:pPr>
    </w:p>
    <w:p w14:paraId="5E5D3B7E" w14:textId="77777777" w:rsidR="0059682D" w:rsidRDefault="0059682D" w:rsidP="00136767">
      <w:pPr>
        <w:spacing w:before="40" w:after="0"/>
        <w:jc w:val="right"/>
        <w:rPr>
          <w:color w:val="183B78"/>
          <w:sz w:val="14"/>
          <w:lang w:val="fr-BE"/>
        </w:rPr>
      </w:pPr>
    </w:p>
    <w:p w14:paraId="795F29B6" w14:textId="1F036026" w:rsidR="008B255F" w:rsidRPr="00042AFE" w:rsidRDefault="00000000" w:rsidP="00136767">
      <w:pPr>
        <w:spacing w:before="40" w:after="0"/>
        <w:jc w:val="right"/>
        <w:rPr>
          <w:lang w:val="fr-BE"/>
        </w:rPr>
      </w:pPr>
      <w:r w:rsidRPr="00042AFE">
        <w:rPr>
          <w:color w:val="183B78"/>
          <w:sz w:val="14"/>
          <w:lang w:val="fr-BE"/>
        </w:rPr>
        <w:t xml:space="preserve">L’Atelier du </w:t>
      </w:r>
      <w:r w:rsidR="0059682D" w:rsidRPr="00042AFE">
        <w:rPr>
          <w:color w:val="183B78"/>
          <w:sz w:val="14"/>
          <w:lang w:val="fr-BE"/>
        </w:rPr>
        <w:t>Possible | 1</w:t>
      </w:r>
      <w:r w:rsidRPr="00042AFE">
        <w:rPr>
          <w:color w:val="183B78"/>
          <w:sz w:val="14"/>
          <w:lang w:val="fr-BE"/>
        </w:rPr>
        <w:t xml:space="preserve"> / 2</w:t>
      </w:r>
    </w:p>
    <w:tbl>
      <w:tblPr>
        <w:tblW w:w="104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3"/>
        <w:gridCol w:w="5893"/>
      </w:tblGrid>
      <w:tr w:rsidR="00042AFE" w14:paraId="710F7621" w14:textId="77777777">
        <w:trPr>
          <w:jc w:val="center"/>
        </w:trPr>
        <w:tc>
          <w:tcPr>
            <w:tcW w:w="10488" w:type="dxa"/>
            <w:gridSpan w:val="2"/>
            <w:tcBorders>
              <w:top w:val="single" w:sz="8" w:space="0" w:color="6535E6"/>
              <w:left w:val="single" w:sz="8" w:space="0" w:color="6535E6"/>
              <w:bottom w:val="single" w:sz="8" w:space="0" w:color="6535E6"/>
              <w:right w:val="single" w:sz="8" w:space="0" w:color="6535E6"/>
            </w:tcBorders>
            <w:shd w:val="clear" w:color="auto" w:fill="6535E6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2E43909C" w14:textId="77777777" w:rsidR="00042AFE" w:rsidRPr="003E69BC" w:rsidRDefault="00042AFE">
            <w:pPr>
              <w:spacing w:after="0"/>
              <w:rPr>
                <w:kern w:val="2"/>
                <w:sz w:val="24"/>
                <w:szCs w:val="24"/>
                <w:lang w:val="fr-BE" w:eastAsia="fr-BE"/>
                <w14:ligatures w14:val="standardContextual"/>
              </w:rPr>
            </w:pPr>
            <w:r w:rsidRPr="003E69BC">
              <w:rPr>
                <w:b/>
                <w:bCs/>
                <w:color w:val="FFFFFF"/>
                <w:sz w:val="24"/>
                <w:szCs w:val="24"/>
              </w:rPr>
              <w:lastRenderedPageBreak/>
              <w:t>FICHE D’IDENTITÉ • SUITE</w:t>
            </w:r>
          </w:p>
        </w:tc>
      </w:tr>
      <w:tr w:rsidR="00042AFE" w14:paraId="5037829E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1557D6"/>
              <w:bottom w:val="single" w:sz="8" w:space="0" w:color="1557D6"/>
              <w:right w:val="single" w:sz="8" w:space="0" w:color="1557D6"/>
            </w:tcBorders>
            <w:shd w:val="clear" w:color="auto" w:fill="1557D6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7933B86F" w14:textId="77777777" w:rsidR="00042AFE" w:rsidRPr="002434CA" w:rsidRDefault="00042AFE">
            <w:pPr>
              <w:spacing w:after="0"/>
              <w:rPr>
                <w:sz w:val="24"/>
                <w:szCs w:val="24"/>
              </w:rPr>
            </w:pPr>
            <w:r w:rsidRPr="002434CA">
              <w:rPr>
                <w:b/>
                <w:bCs/>
                <w:color w:val="FFFFFF"/>
                <w:sz w:val="24"/>
                <w:szCs w:val="24"/>
              </w:rPr>
              <w:t>MES HABITUDES DE JEU</w:t>
            </w:r>
          </w:p>
        </w:tc>
      </w:tr>
      <w:tr w:rsidR="00042AFE" w:rsidRPr="00AE6824" w14:paraId="62B9582D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72DF9A6" w14:textId="77777777" w:rsidR="005231D0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434CA">
              <w:rPr>
                <w:b/>
                <w:bCs/>
                <w:color w:val="183B78"/>
                <w:sz w:val="20"/>
                <w:szCs w:val="20"/>
                <w:lang w:val="fr-BE"/>
              </w:rPr>
              <w:t>Tics ou habitudes identifiés lorsque je joue :</w:t>
            </w:r>
            <w:r w:rsidRPr="002434CA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434CA">
              <w:rPr>
                <w:sz w:val="20"/>
                <w:szCs w:val="20"/>
                <w:lang w:val="fr-BE"/>
              </w:rPr>
              <w:t>☐ Je parle trop vite   ☐ Je bouge beaucoup   ☐ Je regarde le sol</w:t>
            </w:r>
            <w:r w:rsidRPr="002434CA">
              <w:rPr>
                <w:sz w:val="20"/>
                <w:szCs w:val="20"/>
                <w:lang w:val="fr-BE"/>
              </w:rPr>
              <w:br/>
              <w:t xml:space="preserve">☐ Je croise les bras   ☐ Je manque de volume   </w:t>
            </w:r>
          </w:p>
          <w:p w14:paraId="7C9AD0D2" w14:textId="15FE561F" w:rsidR="00D37061" w:rsidRPr="002434CA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434CA">
              <w:rPr>
                <w:sz w:val="20"/>
                <w:szCs w:val="20"/>
                <w:lang w:val="fr-BE"/>
              </w:rPr>
              <w:t>☐ Je souris nerveusement</w:t>
            </w:r>
            <w:r w:rsidRPr="002434CA">
              <w:rPr>
                <w:sz w:val="20"/>
                <w:szCs w:val="20"/>
                <w:lang w:val="fr-BE"/>
              </w:rPr>
              <w:br/>
              <w:t>☐ Je joue des personnages qui me ressemblent</w:t>
            </w:r>
            <w:r w:rsidRPr="002434CA">
              <w:rPr>
                <w:sz w:val="20"/>
                <w:szCs w:val="20"/>
                <w:lang w:val="fr-BE"/>
              </w:rPr>
              <w:br/>
              <w:t>☐ Je fuis le regard des partenaires   ☐ Autre : 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A49F7EE" w14:textId="495AAB44" w:rsidR="00042AFE" w:rsidRPr="002434CA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2434CA">
              <w:rPr>
                <w:b/>
                <w:bCs/>
                <w:color w:val="183B78"/>
                <w:sz w:val="20"/>
                <w:szCs w:val="20"/>
                <w:lang w:val="fr-BE"/>
              </w:rPr>
              <w:t>Remarques que l’on me fait souvent en répétition :</w:t>
            </w:r>
            <w:r w:rsidRPr="002434CA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2434CA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2434CA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434CA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434CA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2434CA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14:paraId="5BC76D08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138FE7"/>
              <w:bottom w:val="single" w:sz="8" w:space="0" w:color="138FE7"/>
              <w:right w:val="single" w:sz="8" w:space="0" w:color="138FE7"/>
            </w:tcBorders>
            <w:shd w:val="clear" w:color="auto" w:fill="138FE7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7B7893B4" w14:textId="77777777" w:rsidR="00042AFE" w:rsidRPr="00CA1A02" w:rsidRDefault="00042AFE">
            <w:pPr>
              <w:spacing w:after="0"/>
              <w:rPr>
                <w:sz w:val="24"/>
                <w:szCs w:val="24"/>
              </w:rPr>
            </w:pPr>
            <w:r w:rsidRPr="00CA1A02">
              <w:rPr>
                <w:b/>
                <w:bCs/>
                <w:color w:val="FFFFFF"/>
                <w:sz w:val="24"/>
                <w:szCs w:val="24"/>
              </w:rPr>
              <w:t>LE CONTRE-EMPLOI</w:t>
            </w:r>
          </w:p>
        </w:tc>
      </w:tr>
      <w:tr w:rsidR="00042AFE" w:rsidRPr="00AE6824" w14:paraId="33934A1F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0CAEA380" w14:textId="77777777" w:rsidR="00042AFE" w:rsidRPr="00CA1A02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Quel rôle serait totalement à l’opposé de votre personnalité ?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D09A46C" w14:textId="77777777" w:rsidR="00042AFE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Seriez-vous prêt(e) à tenter ce type de personnage ?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☐ Oui, avec enthousiasme</w:t>
            </w:r>
            <w:r w:rsidRPr="00CA1A02">
              <w:rPr>
                <w:sz w:val="20"/>
                <w:szCs w:val="20"/>
                <w:lang w:val="fr-BE"/>
              </w:rPr>
              <w:br/>
              <w:t>☐ Oui, mais cela m’inquiète un peu</w:t>
            </w:r>
            <w:r w:rsidRPr="00CA1A02">
              <w:rPr>
                <w:sz w:val="20"/>
                <w:szCs w:val="20"/>
                <w:lang w:val="fr-BE"/>
              </w:rPr>
              <w:br/>
              <w:t>☐ Peut-être   ☐ Pas encore</w:t>
            </w:r>
          </w:p>
          <w:p w14:paraId="2EC6EACC" w14:textId="77777777" w:rsidR="00775B95" w:rsidRDefault="00775B95">
            <w:pPr>
              <w:spacing w:after="0"/>
              <w:rPr>
                <w:sz w:val="20"/>
                <w:szCs w:val="20"/>
                <w:lang w:val="fr-BE"/>
              </w:rPr>
            </w:pPr>
          </w:p>
          <w:p w14:paraId="22C325F1" w14:textId="77777777" w:rsidR="00AE6824" w:rsidRPr="00CA1A02" w:rsidRDefault="00AE6824">
            <w:pPr>
              <w:spacing w:after="0"/>
              <w:rPr>
                <w:sz w:val="20"/>
                <w:szCs w:val="20"/>
                <w:lang w:val="fr-BE"/>
              </w:rPr>
            </w:pPr>
          </w:p>
        </w:tc>
      </w:tr>
      <w:tr w:rsidR="00042AFE" w:rsidRPr="00AE6824" w14:paraId="0799D3A4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F3F0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348F4A40" w14:textId="77777777" w:rsidR="00042AFE" w:rsidRPr="00CA1A02" w:rsidRDefault="00042AFE">
            <w:pPr>
              <w:spacing w:after="0"/>
              <w:rPr>
                <w:sz w:val="20"/>
                <w:szCs w:val="20"/>
              </w:rPr>
            </w:pPr>
            <w:proofErr w:type="spellStart"/>
            <w:proofErr w:type="gramStart"/>
            <w:r w:rsidRPr="00CA1A02">
              <w:rPr>
                <w:b/>
                <w:bCs/>
                <w:color w:val="183B78"/>
                <w:sz w:val="20"/>
                <w:szCs w:val="20"/>
              </w:rPr>
              <w:t>Pourquoi</w:t>
            </w:r>
            <w:proofErr w:type="spellEnd"/>
            <w:r w:rsidRPr="00CA1A02">
              <w:rPr>
                <w:b/>
                <w:bCs/>
                <w:color w:val="183B78"/>
                <w:sz w:val="20"/>
                <w:szCs w:val="20"/>
              </w:rPr>
              <w:t xml:space="preserve"> ?</w:t>
            </w:r>
            <w:proofErr w:type="gramEnd"/>
            <w:r w:rsidRPr="00CA1A02">
              <w:rPr>
                <w:b/>
                <w:bCs/>
                <w:color w:val="183B78"/>
                <w:sz w:val="20"/>
                <w:szCs w:val="20"/>
              </w:rPr>
              <w:br/>
            </w:r>
            <w:r w:rsidRPr="00CA1A02">
              <w:rPr>
                <w:sz w:val="20"/>
                <w:szCs w:val="20"/>
              </w:rPr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</w:rPr>
              <w:br/>
              <w:t>....................................................................................................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F3F0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78203B8F" w14:textId="77777777" w:rsidR="00042AFE" w:rsidRPr="00CA1A02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Ce qui pourrait vous aider à tenter l’expérience :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:rsidRPr="00AE6824" w14:paraId="74137361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6535E6"/>
              <w:bottom w:val="single" w:sz="8" w:space="0" w:color="6535E6"/>
              <w:right w:val="single" w:sz="8" w:space="0" w:color="6535E6"/>
            </w:tcBorders>
            <w:shd w:val="clear" w:color="auto" w:fill="6535E6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3358E344" w14:textId="77777777" w:rsidR="00042AFE" w:rsidRPr="00CA1A02" w:rsidRDefault="00042AFE">
            <w:pPr>
              <w:spacing w:after="0"/>
              <w:rPr>
                <w:sz w:val="24"/>
                <w:szCs w:val="24"/>
                <w:lang w:val="fr-BE"/>
              </w:rPr>
            </w:pPr>
            <w:r w:rsidRPr="00CA1A02">
              <w:rPr>
                <w:b/>
                <w:bCs/>
                <w:color w:val="FFFFFF"/>
                <w:sz w:val="24"/>
                <w:szCs w:val="24"/>
                <w:lang w:val="fr-BE"/>
              </w:rPr>
              <w:t>MES OBJECTIFS À L’ATELIER DU POSSIBLE</w:t>
            </w:r>
          </w:p>
        </w:tc>
      </w:tr>
      <w:tr w:rsidR="00042AFE" w:rsidRPr="00AE6824" w14:paraId="320004DD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1E6CE96F" w14:textId="77777777" w:rsidR="00042AFE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Je participe principalement pour :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☐ Gagner en confiance   ☐ Découvrir de nouveaux personnages</w:t>
            </w:r>
            <w:r w:rsidRPr="00CA1A02">
              <w:rPr>
                <w:sz w:val="20"/>
                <w:szCs w:val="20"/>
                <w:lang w:val="fr-BE"/>
              </w:rPr>
              <w:br/>
              <w:t>☐ Travailler le contre-emploi   ☐ Rencontrer d’autres passionnés</w:t>
            </w:r>
            <w:r w:rsidRPr="00CA1A02">
              <w:rPr>
                <w:sz w:val="20"/>
                <w:szCs w:val="20"/>
                <w:lang w:val="fr-BE"/>
              </w:rPr>
              <w:br/>
              <w:t>☐ Développer ma créativité   ☐ M’amuser</w:t>
            </w:r>
            <w:r w:rsidRPr="00CA1A02">
              <w:rPr>
                <w:sz w:val="20"/>
                <w:szCs w:val="20"/>
                <w:lang w:val="fr-BE"/>
              </w:rPr>
              <w:br/>
              <w:t>☐ Préparer de futurs spectacles   ☐ Autre : .................................</w:t>
            </w:r>
          </w:p>
          <w:p w14:paraId="75B0D156" w14:textId="77777777" w:rsidR="00D37061" w:rsidRDefault="00D37061">
            <w:pPr>
              <w:spacing w:after="0"/>
              <w:rPr>
                <w:sz w:val="20"/>
                <w:szCs w:val="20"/>
                <w:lang w:val="fr-BE"/>
              </w:rPr>
            </w:pPr>
          </w:p>
          <w:p w14:paraId="293E3B9D" w14:textId="77777777" w:rsidR="00D37061" w:rsidRPr="00CA1A02" w:rsidRDefault="00D37061">
            <w:pPr>
              <w:spacing w:after="0"/>
              <w:rPr>
                <w:sz w:val="20"/>
                <w:szCs w:val="20"/>
                <w:lang w:val="fr-BE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5381B4C0" w14:textId="6D6C4DAB" w:rsidR="00042AFE" w:rsidRPr="00CA1A02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Ce que j’aimerais avoir appris à la fin de l’atelier :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14:paraId="0DD3E194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8A28DE"/>
              <w:bottom w:val="single" w:sz="8" w:space="0" w:color="8A28DE"/>
              <w:right w:val="single" w:sz="8" w:space="0" w:color="8A28DE"/>
            </w:tcBorders>
            <w:shd w:val="clear" w:color="auto" w:fill="8A28DE"/>
            <w:tcMar>
              <w:top w:w="40" w:type="dxa"/>
              <w:left w:w="130" w:type="dxa"/>
              <w:bottom w:w="35" w:type="dxa"/>
              <w:right w:w="130" w:type="dxa"/>
            </w:tcMar>
            <w:hideMark/>
          </w:tcPr>
          <w:p w14:paraId="45C76754" w14:textId="77777777" w:rsidR="00042AFE" w:rsidRPr="00CA1A02" w:rsidRDefault="00042AFE">
            <w:pPr>
              <w:spacing w:after="0"/>
              <w:rPr>
                <w:sz w:val="24"/>
                <w:szCs w:val="24"/>
              </w:rPr>
            </w:pPr>
            <w:r w:rsidRPr="00CA1A02">
              <w:rPr>
                <w:b/>
                <w:bCs/>
                <w:color w:val="FFFFFF"/>
                <w:sz w:val="24"/>
                <w:szCs w:val="24"/>
              </w:rPr>
              <w:t>POUR MIEUX ME CONNAÎTRE</w:t>
            </w:r>
          </w:p>
        </w:tc>
      </w:tr>
      <w:tr w:rsidR="00042AFE" w:rsidRPr="00AE6824" w14:paraId="406E9D35" w14:textId="77777777">
        <w:trPr>
          <w:jc w:val="center"/>
        </w:trPr>
        <w:tc>
          <w:tcPr>
            <w:tcW w:w="5244" w:type="dxa"/>
            <w:tcBorders>
              <w:top w:val="nil"/>
              <w:left w:val="single" w:sz="8" w:space="0" w:color="9A8DEB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29E1209F" w14:textId="77777777" w:rsidR="00042AFE" w:rsidRDefault="00042AFE">
            <w:pPr>
              <w:spacing w:after="0"/>
              <w:rPr>
                <w:sz w:val="20"/>
                <w:szCs w:val="20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Trois mots qui me définissent :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1. .................................................................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</w:rPr>
              <w:t>2. .................................................................</w:t>
            </w:r>
            <w:r w:rsidRPr="00CA1A02">
              <w:rPr>
                <w:sz w:val="20"/>
                <w:szCs w:val="20"/>
              </w:rPr>
              <w:br/>
              <w:t>3. .................................................................</w:t>
            </w:r>
          </w:p>
          <w:p w14:paraId="78268013" w14:textId="77777777" w:rsidR="00D140E1" w:rsidRDefault="00D140E1">
            <w:pPr>
              <w:spacing w:after="0"/>
              <w:rPr>
                <w:sz w:val="20"/>
                <w:szCs w:val="20"/>
              </w:rPr>
            </w:pPr>
          </w:p>
          <w:p w14:paraId="5AC13594" w14:textId="77777777" w:rsidR="00D37061" w:rsidRDefault="00D37061">
            <w:pPr>
              <w:spacing w:after="0"/>
              <w:rPr>
                <w:sz w:val="20"/>
                <w:szCs w:val="20"/>
              </w:rPr>
            </w:pPr>
          </w:p>
          <w:p w14:paraId="14819900" w14:textId="77777777" w:rsidR="00D37061" w:rsidRPr="00CA1A02" w:rsidRDefault="00D3706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9A8DEB"/>
              <w:right w:val="single" w:sz="8" w:space="0" w:color="9A8DEB"/>
            </w:tcBorders>
            <w:shd w:val="clear" w:color="auto" w:fill="EDF5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14:paraId="4AD74B3F" w14:textId="77777777" w:rsidR="00042AFE" w:rsidRPr="00CA1A02" w:rsidRDefault="00042AFE">
            <w:pPr>
              <w:spacing w:after="0"/>
              <w:rPr>
                <w:sz w:val="20"/>
                <w:szCs w:val="20"/>
                <w:lang w:val="fr-BE"/>
              </w:rPr>
            </w:pP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t>Une information que j’aimerais partager avec l’équipe :</w:t>
            </w:r>
            <w:r w:rsidRPr="00CA1A02">
              <w:rPr>
                <w:b/>
                <w:bCs/>
                <w:color w:val="183B78"/>
                <w:sz w:val="20"/>
                <w:szCs w:val="20"/>
                <w:lang w:val="fr-BE"/>
              </w:rPr>
              <w:br/>
            </w:r>
            <w:r w:rsidRPr="00CA1A02">
              <w:rPr>
                <w:sz w:val="20"/>
                <w:szCs w:val="20"/>
                <w:lang w:val="fr-BE"/>
              </w:rPr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  <w:r w:rsidRPr="00CA1A02">
              <w:rPr>
                <w:sz w:val="20"/>
                <w:szCs w:val="20"/>
                <w:lang w:val="fr-BE"/>
              </w:rPr>
              <w:br/>
              <w:t>....................................................................................................</w:t>
            </w:r>
          </w:p>
        </w:tc>
      </w:tr>
      <w:tr w:rsidR="00042AFE" w:rsidRPr="00AE6824" w14:paraId="6B968D7C" w14:textId="77777777">
        <w:trPr>
          <w:jc w:val="center"/>
        </w:trPr>
        <w:tc>
          <w:tcPr>
            <w:tcW w:w="10488" w:type="dxa"/>
            <w:gridSpan w:val="2"/>
            <w:tcBorders>
              <w:top w:val="nil"/>
              <w:left w:val="single" w:sz="8" w:space="0" w:color="6535E6"/>
              <w:bottom w:val="single" w:sz="8" w:space="0" w:color="6535E6"/>
              <w:right w:val="single" w:sz="8" w:space="0" w:color="6535E6"/>
            </w:tcBorders>
            <w:shd w:val="clear" w:color="auto" w:fill="EDF5FF"/>
            <w:tcMar>
              <w:top w:w="80" w:type="dxa"/>
              <w:left w:w="140" w:type="dxa"/>
              <w:bottom w:w="80" w:type="dxa"/>
              <w:right w:w="140" w:type="dxa"/>
            </w:tcMar>
            <w:hideMark/>
          </w:tcPr>
          <w:p w14:paraId="6E91D49D" w14:textId="77777777" w:rsidR="00042AFE" w:rsidRPr="00CA1A02" w:rsidRDefault="00042AFE">
            <w:pPr>
              <w:jc w:val="center"/>
              <w:rPr>
                <w:sz w:val="18"/>
                <w:szCs w:val="18"/>
                <w:lang w:val="fr-BE"/>
              </w:rPr>
            </w:pPr>
            <w:r w:rsidRPr="00CA1A02">
              <w:rPr>
                <w:b/>
                <w:bCs/>
                <w:color w:val="183B78"/>
                <w:sz w:val="18"/>
                <w:szCs w:val="18"/>
                <w:lang w:val="fr-BE"/>
              </w:rPr>
              <w:t>Merci pour votre confiance. Cette fiche constitue un point de départ pour construire un parcours artistique adapté à vos envies.</w:t>
            </w:r>
          </w:p>
        </w:tc>
      </w:tr>
    </w:tbl>
    <w:p w14:paraId="3E6E36FD" w14:textId="77777777" w:rsidR="00042AFE" w:rsidRDefault="00042AFE">
      <w:pPr>
        <w:rPr>
          <w:kern w:val="2"/>
          <w:szCs w:val="16"/>
          <w:lang w:val="fr-BE" w:eastAsia="fr-BE"/>
          <w14:ligatures w14:val="standardContextual"/>
        </w:rPr>
      </w:pPr>
    </w:p>
    <w:p w14:paraId="3CB46F36" w14:textId="77777777" w:rsidR="00CA1A02" w:rsidRDefault="00CA1A02">
      <w:pPr>
        <w:spacing w:before="40" w:after="0"/>
        <w:jc w:val="right"/>
        <w:rPr>
          <w:color w:val="183B78"/>
          <w:sz w:val="14"/>
          <w:lang w:val="fr-BE"/>
        </w:rPr>
      </w:pPr>
    </w:p>
    <w:p w14:paraId="69DA5948" w14:textId="1A9B0931" w:rsidR="008B255F" w:rsidRPr="00042AFE" w:rsidRDefault="00000000">
      <w:pPr>
        <w:spacing w:before="40" w:after="0"/>
        <w:jc w:val="right"/>
        <w:rPr>
          <w:lang w:val="fr-BE"/>
        </w:rPr>
      </w:pPr>
      <w:r w:rsidRPr="00042AFE">
        <w:rPr>
          <w:color w:val="183B78"/>
          <w:sz w:val="14"/>
          <w:lang w:val="fr-BE"/>
        </w:rPr>
        <w:t xml:space="preserve">L’Atelier du </w:t>
      </w:r>
      <w:r w:rsidR="0059682D" w:rsidRPr="00042AFE">
        <w:rPr>
          <w:color w:val="183B78"/>
          <w:sz w:val="14"/>
          <w:lang w:val="fr-BE"/>
        </w:rPr>
        <w:t>Possible | 2</w:t>
      </w:r>
      <w:r w:rsidRPr="00042AFE">
        <w:rPr>
          <w:color w:val="183B78"/>
          <w:sz w:val="14"/>
          <w:lang w:val="fr-BE"/>
        </w:rPr>
        <w:t xml:space="preserve"> / 2</w:t>
      </w:r>
    </w:p>
    <w:sectPr w:rsidR="008B255F" w:rsidRPr="00042AFE" w:rsidSect="00136767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331421">
    <w:abstractNumId w:val="8"/>
  </w:num>
  <w:num w:numId="2" w16cid:durableId="330566747">
    <w:abstractNumId w:val="6"/>
  </w:num>
  <w:num w:numId="3" w16cid:durableId="113447578">
    <w:abstractNumId w:val="5"/>
  </w:num>
  <w:num w:numId="4" w16cid:durableId="558826748">
    <w:abstractNumId w:val="4"/>
  </w:num>
  <w:num w:numId="5" w16cid:durableId="1134518042">
    <w:abstractNumId w:val="7"/>
  </w:num>
  <w:num w:numId="6" w16cid:durableId="184055714">
    <w:abstractNumId w:val="3"/>
  </w:num>
  <w:num w:numId="7" w16cid:durableId="1532570063">
    <w:abstractNumId w:val="2"/>
  </w:num>
  <w:num w:numId="8" w16cid:durableId="974680616">
    <w:abstractNumId w:val="1"/>
  </w:num>
  <w:num w:numId="9" w16cid:durableId="106017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E1A"/>
    <w:rsid w:val="00034616"/>
    <w:rsid w:val="00042AFE"/>
    <w:rsid w:val="0006063C"/>
    <w:rsid w:val="00092D91"/>
    <w:rsid w:val="000966F8"/>
    <w:rsid w:val="000B208B"/>
    <w:rsid w:val="00136767"/>
    <w:rsid w:val="0015074B"/>
    <w:rsid w:val="002434CA"/>
    <w:rsid w:val="0025485F"/>
    <w:rsid w:val="0029639D"/>
    <w:rsid w:val="002E0EB0"/>
    <w:rsid w:val="00314BFD"/>
    <w:rsid w:val="00326F90"/>
    <w:rsid w:val="003827C1"/>
    <w:rsid w:val="003E69BC"/>
    <w:rsid w:val="00436497"/>
    <w:rsid w:val="004665FB"/>
    <w:rsid w:val="004B0B37"/>
    <w:rsid w:val="005231D0"/>
    <w:rsid w:val="00566C19"/>
    <w:rsid w:val="0059682D"/>
    <w:rsid w:val="00775B95"/>
    <w:rsid w:val="007B43E0"/>
    <w:rsid w:val="00892B83"/>
    <w:rsid w:val="008B255F"/>
    <w:rsid w:val="009158AE"/>
    <w:rsid w:val="00AA1D8D"/>
    <w:rsid w:val="00AE6824"/>
    <w:rsid w:val="00AF47BD"/>
    <w:rsid w:val="00B47730"/>
    <w:rsid w:val="00CA1A02"/>
    <w:rsid w:val="00CB0664"/>
    <w:rsid w:val="00D05118"/>
    <w:rsid w:val="00D140E1"/>
    <w:rsid w:val="00D244DF"/>
    <w:rsid w:val="00D37061"/>
    <w:rsid w:val="00E77C96"/>
    <w:rsid w:val="00FB73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FDC9AC"/>
  <w14:defaultImageDpi w14:val="300"/>
  <w15:docId w15:val="{36B6FF59-D1B0-44C8-B8E4-5AB710AA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465366"/>
      <w:sz w:val="16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443</Words>
  <Characters>7453</Characters>
  <Application>Microsoft Office Word</Application>
  <DocSecurity>0</DocSecurity>
  <Lines>120</Lines>
  <Paragraphs>41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Maurisset Alexandre</dc:creator>
  <cp:keywords/>
  <dc:description>generated by python-docx</dc:description>
  <cp:lastModifiedBy>Maurisset Alexandre</cp:lastModifiedBy>
  <cp:revision>29</cp:revision>
  <dcterms:created xsi:type="dcterms:W3CDTF">2026-09-24T19:33:00Z</dcterms:created>
  <dcterms:modified xsi:type="dcterms:W3CDTF">2026-09-24T20:00:00Z</dcterms:modified>
  <cp:category/>
</cp:coreProperties>
</file>